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5D5CC" w14:textId="77777777" w:rsidR="00D233DE" w:rsidRDefault="00E80F8E" w:rsidP="00E80F8E">
      <w:pPr>
        <w:pStyle w:val="TituloResumen"/>
        <w:widowControl w:val="0"/>
      </w:pPr>
      <w:r>
        <w:t>TÍTULO DEL RESUMEN. CENTRADO, CALIBRI 14, NEGRITA</w:t>
      </w:r>
    </w:p>
    <w:p w14:paraId="5917BBB7" w14:textId="77777777" w:rsidR="00E80F8E" w:rsidRDefault="00E80F8E" w:rsidP="00E80F8E">
      <w:pPr>
        <w:pStyle w:val="AutoresResumen"/>
        <w:widowControl w:val="0"/>
      </w:pPr>
    </w:p>
    <w:p w14:paraId="7E8935B1" w14:textId="77777777" w:rsidR="00D233DE" w:rsidRPr="00E80F8E" w:rsidRDefault="00E80F8E" w:rsidP="005E77D2">
      <w:pPr>
        <w:pStyle w:val="AutoresResumen"/>
        <w:widowControl w:val="0"/>
        <w:jc w:val="right"/>
        <w:rPr>
          <w:b/>
          <w:sz w:val="24"/>
          <w:szCs w:val="24"/>
        </w:rPr>
      </w:pPr>
      <w:r w:rsidRPr="00E80F8E">
        <w:rPr>
          <w:b/>
          <w:sz w:val="24"/>
          <w:szCs w:val="24"/>
        </w:rPr>
        <w:t xml:space="preserve">Nombre </w:t>
      </w:r>
      <w:proofErr w:type="spellStart"/>
      <w:r w:rsidRPr="00E80F8E">
        <w:rPr>
          <w:b/>
          <w:sz w:val="24"/>
          <w:szCs w:val="24"/>
        </w:rPr>
        <w:t>Apellido</w:t>
      </w:r>
      <w:proofErr w:type="spellEnd"/>
      <w:r w:rsidRPr="00E80F8E">
        <w:rPr>
          <w:b/>
          <w:sz w:val="24"/>
          <w:szCs w:val="24"/>
        </w:rPr>
        <w:t xml:space="preserve"> </w:t>
      </w:r>
      <w:proofErr w:type="spellStart"/>
      <w:r w:rsidRPr="00E80F8E">
        <w:rPr>
          <w:b/>
          <w:sz w:val="24"/>
          <w:szCs w:val="24"/>
        </w:rPr>
        <w:t>Apellido</w:t>
      </w:r>
      <w:proofErr w:type="spellEnd"/>
      <w:r w:rsidRPr="00E80F8E">
        <w:rPr>
          <w:sz w:val="24"/>
          <w:szCs w:val="24"/>
        </w:rPr>
        <w:t xml:space="preserve">, </w:t>
      </w:r>
      <w:r w:rsidRPr="00E80F8E">
        <w:rPr>
          <w:b/>
          <w:sz w:val="24"/>
          <w:szCs w:val="24"/>
        </w:rPr>
        <w:t>Nombre Apellido Apellido</w:t>
      </w:r>
      <w:r w:rsidRPr="00E80F8E">
        <w:rPr>
          <w:sz w:val="24"/>
          <w:szCs w:val="24"/>
        </w:rPr>
        <w:t xml:space="preserve"> y</w:t>
      </w:r>
      <w:r w:rsidRPr="00E80F8E">
        <w:rPr>
          <w:b/>
          <w:sz w:val="24"/>
          <w:szCs w:val="24"/>
        </w:rPr>
        <w:t xml:space="preserve"> Nombre Apellido Apellido</w:t>
      </w:r>
    </w:p>
    <w:p w14:paraId="70DDBBD0" w14:textId="77777777" w:rsidR="00D233DE" w:rsidRPr="00E80F8E" w:rsidRDefault="00E80F8E" w:rsidP="005E77D2">
      <w:pPr>
        <w:pStyle w:val="AfiliacionResumen"/>
        <w:widowControl w:val="0"/>
        <w:jc w:val="right"/>
        <w:rPr>
          <w:sz w:val="24"/>
          <w:szCs w:val="24"/>
        </w:rPr>
      </w:pPr>
      <w:r w:rsidRPr="00E80F8E">
        <w:rPr>
          <w:sz w:val="24"/>
          <w:szCs w:val="24"/>
        </w:rPr>
        <w:t xml:space="preserve">Universidad o </w:t>
      </w:r>
      <w:proofErr w:type="spellStart"/>
      <w:r w:rsidRPr="00E80F8E">
        <w:rPr>
          <w:sz w:val="24"/>
          <w:szCs w:val="24"/>
        </w:rPr>
        <w:t>institución</w:t>
      </w:r>
      <w:proofErr w:type="spellEnd"/>
      <w:r w:rsidRPr="00E80F8E">
        <w:rPr>
          <w:sz w:val="24"/>
          <w:szCs w:val="24"/>
        </w:rPr>
        <w:t xml:space="preserve"> de </w:t>
      </w:r>
      <w:proofErr w:type="spellStart"/>
      <w:r w:rsidRPr="00E80F8E">
        <w:rPr>
          <w:sz w:val="24"/>
          <w:szCs w:val="24"/>
        </w:rPr>
        <w:t>adscripción</w:t>
      </w:r>
      <w:proofErr w:type="spellEnd"/>
      <w:r w:rsidRPr="00E80F8E">
        <w:rPr>
          <w:sz w:val="24"/>
          <w:szCs w:val="24"/>
        </w:rPr>
        <w:t xml:space="preserve"> (</w:t>
      </w:r>
      <w:proofErr w:type="spellStart"/>
      <w:r w:rsidRPr="00E80F8E">
        <w:rPr>
          <w:sz w:val="24"/>
          <w:szCs w:val="24"/>
        </w:rPr>
        <w:t>país</w:t>
      </w:r>
      <w:proofErr w:type="spellEnd"/>
      <w:r w:rsidRPr="00E80F8E">
        <w:rPr>
          <w:sz w:val="24"/>
          <w:szCs w:val="24"/>
        </w:rPr>
        <w:t xml:space="preserve">), Universidad o </w:t>
      </w:r>
      <w:proofErr w:type="spellStart"/>
      <w:r w:rsidRPr="00E80F8E">
        <w:rPr>
          <w:sz w:val="24"/>
          <w:szCs w:val="24"/>
        </w:rPr>
        <w:t>institución</w:t>
      </w:r>
      <w:proofErr w:type="spellEnd"/>
      <w:r w:rsidRPr="00E80F8E">
        <w:rPr>
          <w:sz w:val="24"/>
          <w:szCs w:val="24"/>
        </w:rPr>
        <w:t xml:space="preserve"> de </w:t>
      </w:r>
      <w:proofErr w:type="spellStart"/>
      <w:r w:rsidRPr="00E80F8E">
        <w:rPr>
          <w:sz w:val="24"/>
          <w:szCs w:val="24"/>
        </w:rPr>
        <w:t>adscripción</w:t>
      </w:r>
      <w:proofErr w:type="spellEnd"/>
      <w:r w:rsidRPr="00E80F8E">
        <w:rPr>
          <w:sz w:val="24"/>
          <w:szCs w:val="24"/>
        </w:rPr>
        <w:t xml:space="preserve"> (</w:t>
      </w:r>
      <w:proofErr w:type="spellStart"/>
      <w:r w:rsidRPr="00E80F8E">
        <w:rPr>
          <w:sz w:val="24"/>
          <w:szCs w:val="24"/>
        </w:rPr>
        <w:t>país</w:t>
      </w:r>
      <w:proofErr w:type="spellEnd"/>
      <w:r w:rsidRPr="00E80F8E">
        <w:rPr>
          <w:sz w:val="24"/>
          <w:szCs w:val="24"/>
        </w:rPr>
        <w:t>) y Universidad o institución de adscripción (país)</w:t>
      </w:r>
    </w:p>
    <w:p w14:paraId="057B05CA" w14:textId="77777777" w:rsidR="00D233DE" w:rsidRPr="00E80F8E" w:rsidRDefault="00E80F8E" w:rsidP="005E77D2">
      <w:pPr>
        <w:pStyle w:val="AfiliacionResumen"/>
        <w:widowControl w:val="0"/>
        <w:jc w:val="right"/>
        <w:rPr>
          <w:sz w:val="24"/>
          <w:szCs w:val="24"/>
        </w:rPr>
      </w:pPr>
      <w:hyperlink r:id="rId6" w:history="1">
        <w:r w:rsidRPr="002021A9">
          <w:rPr>
            <w:rStyle w:val="Hipervnculo"/>
            <w:sz w:val="24"/>
            <w:szCs w:val="24"/>
          </w:rPr>
          <w:t>correo1@institucion.es</w:t>
        </w:r>
      </w:hyperlink>
      <w:r w:rsidRPr="00E80F8E">
        <w:rPr>
          <w:sz w:val="24"/>
          <w:szCs w:val="24"/>
        </w:rPr>
        <w:t>;</w:t>
      </w:r>
      <w:r>
        <w:rPr>
          <w:sz w:val="24"/>
          <w:szCs w:val="24"/>
        </w:rPr>
        <w:t xml:space="preserve"> </w:t>
      </w:r>
      <w:hyperlink r:id="rId7" w:history="1">
        <w:r w:rsidRPr="002021A9">
          <w:rPr>
            <w:rStyle w:val="Hipervnculo"/>
            <w:sz w:val="24"/>
            <w:szCs w:val="24"/>
          </w:rPr>
          <w:t>correo2@institucion.org</w:t>
        </w:r>
      </w:hyperlink>
      <w:r w:rsidRPr="00E80F8E">
        <w:rPr>
          <w:sz w:val="24"/>
          <w:szCs w:val="24"/>
        </w:rPr>
        <w:t>;</w:t>
      </w:r>
      <w:r>
        <w:rPr>
          <w:sz w:val="24"/>
          <w:szCs w:val="24"/>
        </w:rPr>
        <w:t xml:space="preserve"> </w:t>
      </w:r>
      <w:hyperlink r:id="rId8" w:history="1">
        <w:r w:rsidRPr="002021A9">
          <w:rPr>
            <w:rStyle w:val="Hipervnculo"/>
            <w:sz w:val="24"/>
            <w:szCs w:val="24"/>
          </w:rPr>
          <w:t>correo3@institucion.edu</w:t>
        </w:r>
      </w:hyperlink>
      <w:r>
        <w:rPr>
          <w:sz w:val="24"/>
          <w:szCs w:val="24"/>
        </w:rPr>
        <w:t xml:space="preserve"> </w:t>
      </w:r>
    </w:p>
    <w:p w14:paraId="5B99C729" w14:textId="77777777" w:rsidR="00E80F8E" w:rsidRPr="00E80F8E" w:rsidRDefault="00E80F8E" w:rsidP="00E80F8E">
      <w:pPr>
        <w:pStyle w:val="NotaResumen"/>
        <w:widowControl w:val="0"/>
        <w:rPr>
          <w:sz w:val="24"/>
          <w:szCs w:val="24"/>
        </w:rPr>
      </w:pPr>
    </w:p>
    <w:p w14:paraId="357A5340" w14:textId="77777777" w:rsidR="00D233DE" w:rsidRPr="00E80F8E" w:rsidRDefault="00E80F8E" w:rsidP="00E80F8E">
      <w:pPr>
        <w:pStyle w:val="NotaResumen"/>
        <w:widowControl w:val="0"/>
        <w:rPr>
          <w:szCs w:val="24"/>
        </w:rPr>
      </w:pPr>
      <w:r w:rsidRPr="00E80F8E">
        <w:rPr>
          <w:szCs w:val="24"/>
        </w:rPr>
        <w:t xml:space="preserve">Nota </w:t>
      </w:r>
      <w:proofErr w:type="spellStart"/>
      <w:r w:rsidRPr="00E80F8E">
        <w:rPr>
          <w:szCs w:val="24"/>
        </w:rPr>
        <w:t>opcional</w:t>
      </w:r>
      <w:proofErr w:type="spellEnd"/>
      <w:r w:rsidRPr="00E80F8E">
        <w:rPr>
          <w:szCs w:val="24"/>
        </w:rPr>
        <w:t xml:space="preserve"> de </w:t>
      </w:r>
      <w:proofErr w:type="spellStart"/>
      <w:r w:rsidRPr="00E80F8E">
        <w:rPr>
          <w:szCs w:val="24"/>
        </w:rPr>
        <w:t>financiación</w:t>
      </w:r>
      <w:proofErr w:type="spellEnd"/>
      <w:r w:rsidRPr="00E80F8E">
        <w:rPr>
          <w:szCs w:val="24"/>
        </w:rPr>
        <w:t xml:space="preserve">, </w:t>
      </w:r>
      <w:proofErr w:type="spellStart"/>
      <w:r w:rsidRPr="00E80F8E">
        <w:rPr>
          <w:szCs w:val="24"/>
        </w:rPr>
        <w:t>proyecto</w:t>
      </w:r>
      <w:proofErr w:type="spellEnd"/>
      <w:r w:rsidRPr="00E80F8E">
        <w:rPr>
          <w:szCs w:val="24"/>
        </w:rPr>
        <w:t xml:space="preserve"> o agradecimientos. No es obligatoria. Calibri 10, cursiva.</w:t>
      </w:r>
    </w:p>
    <w:p w14:paraId="30D8928C" w14:textId="77777777" w:rsidR="00D233DE" w:rsidRPr="00E80F8E" w:rsidRDefault="00D233DE" w:rsidP="00E80F8E">
      <w:pPr>
        <w:pStyle w:val="CuerpoResumen"/>
        <w:widowControl w:val="0"/>
        <w:rPr>
          <w:szCs w:val="24"/>
        </w:rPr>
      </w:pPr>
    </w:p>
    <w:p w14:paraId="7F7AC598" w14:textId="5B8B8547" w:rsidR="00D233DE" w:rsidRDefault="005E77D2" w:rsidP="00E80F8E">
      <w:pPr>
        <w:pStyle w:val="CuerpoResumen"/>
        <w:widowControl w:val="0"/>
        <w:rPr>
          <w:szCs w:val="24"/>
        </w:rPr>
      </w:pPr>
      <w:r>
        <w:rPr>
          <w:szCs w:val="24"/>
        </w:rPr>
        <w:t xml:space="preserve">Escriba </w:t>
      </w:r>
      <w:proofErr w:type="spellStart"/>
      <w:r>
        <w:rPr>
          <w:szCs w:val="24"/>
        </w:rPr>
        <w:t>en</w:t>
      </w:r>
      <w:proofErr w:type="spellEnd"/>
      <w:r>
        <w:rPr>
          <w:szCs w:val="24"/>
        </w:rPr>
        <w:t xml:space="preserve"> </w:t>
      </w:r>
      <w:proofErr w:type="spellStart"/>
      <w:r>
        <w:rPr>
          <w:szCs w:val="24"/>
        </w:rPr>
        <w:t>esta</w:t>
      </w:r>
      <w:proofErr w:type="spellEnd"/>
      <w:r>
        <w:rPr>
          <w:szCs w:val="24"/>
        </w:rPr>
        <w:t xml:space="preserve"> </w:t>
      </w:r>
      <w:proofErr w:type="spellStart"/>
      <w:r>
        <w:rPr>
          <w:szCs w:val="24"/>
        </w:rPr>
        <w:t>misma</w:t>
      </w:r>
      <w:proofErr w:type="spellEnd"/>
      <w:r>
        <w:rPr>
          <w:szCs w:val="24"/>
        </w:rPr>
        <w:t xml:space="preserve"> hoja </w:t>
      </w:r>
      <w:proofErr w:type="spellStart"/>
      <w:r>
        <w:rPr>
          <w:szCs w:val="24"/>
        </w:rPr>
        <w:t>su</w:t>
      </w:r>
      <w:proofErr w:type="spellEnd"/>
      <w:r>
        <w:rPr>
          <w:szCs w:val="24"/>
        </w:rPr>
        <w:t xml:space="preserve"> </w:t>
      </w:r>
      <w:proofErr w:type="spellStart"/>
      <w:r>
        <w:rPr>
          <w:szCs w:val="24"/>
        </w:rPr>
        <w:t>resumen</w:t>
      </w:r>
      <w:proofErr w:type="spellEnd"/>
      <w:r>
        <w:rPr>
          <w:szCs w:val="24"/>
        </w:rPr>
        <w:t xml:space="preserve">. </w:t>
      </w:r>
      <w:r w:rsidR="00E80F8E" w:rsidRPr="00E80F8E">
        <w:rPr>
          <w:szCs w:val="24"/>
        </w:rPr>
        <w:t xml:space="preserve">El </w:t>
      </w:r>
      <w:proofErr w:type="spellStart"/>
      <w:r w:rsidR="00E80F8E" w:rsidRPr="00E80F8E">
        <w:rPr>
          <w:szCs w:val="24"/>
        </w:rPr>
        <w:t>resumen</w:t>
      </w:r>
      <w:proofErr w:type="spellEnd"/>
      <w:r w:rsidR="00E80F8E" w:rsidRPr="00E80F8E">
        <w:rPr>
          <w:szCs w:val="24"/>
        </w:rPr>
        <w:t xml:space="preserve"> se </w:t>
      </w:r>
      <w:proofErr w:type="spellStart"/>
      <w:r w:rsidR="00E80F8E" w:rsidRPr="00E80F8E">
        <w:rPr>
          <w:szCs w:val="24"/>
        </w:rPr>
        <w:t>redactará</w:t>
      </w:r>
      <w:proofErr w:type="spellEnd"/>
      <w:r w:rsidR="00E80F8E" w:rsidRPr="00E80F8E">
        <w:rPr>
          <w:szCs w:val="24"/>
        </w:rPr>
        <w:t xml:space="preserve"> </w:t>
      </w:r>
      <w:proofErr w:type="spellStart"/>
      <w:r w:rsidR="00E80F8E" w:rsidRPr="00E80F8E">
        <w:rPr>
          <w:szCs w:val="24"/>
        </w:rPr>
        <w:t>en</w:t>
      </w:r>
      <w:proofErr w:type="spellEnd"/>
      <w:r w:rsidR="00E80F8E" w:rsidRPr="00E80F8E">
        <w:rPr>
          <w:szCs w:val="24"/>
        </w:rPr>
        <w:t xml:space="preserve"> </w:t>
      </w:r>
      <w:proofErr w:type="spellStart"/>
      <w:r w:rsidR="00E80F8E" w:rsidRPr="00E80F8E">
        <w:rPr>
          <w:szCs w:val="24"/>
        </w:rPr>
        <w:t>una</w:t>
      </w:r>
      <w:proofErr w:type="spellEnd"/>
      <w:r w:rsidR="00E80F8E" w:rsidRPr="00E80F8E">
        <w:rPr>
          <w:szCs w:val="24"/>
        </w:rPr>
        <w:t xml:space="preserve"> única página A4, con márgenes superior, inferior, izquierdo y derecho de 2 centímetros, fuente Calibri 12, texto justificado, interlineado sencillo y una línea en blanco entre párrafos. Deberá tener un mínimo de </w:t>
      </w:r>
      <w:r w:rsidR="00E80F8E">
        <w:rPr>
          <w:szCs w:val="24"/>
        </w:rPr>
        <w:t>400 palabras y un máximo de 500,</w:t>
      </w:r>
      <w:r w:rsidR="00E80F8E" w:rsidRPr="00E80F8E">
        <w:rPr>
          <w:szCs w:val="24"/>
        </w:rPr>
        <w:t xml:space="preserve"> y </w:t>
      </w:r>
      <w:proofErr w:type="spellStart"/>
      <w:r w:rsidR="00E80F8E" w:rsidRPr="00E80F8E">
        <w:rPr>
          <w:szCs w:val="24"/>
        </w:rPr>
        <w:t>nunca</w:t>
      </w:r>
      <w:proofErr w:type="spellEnd"/>
      <w:r w:rsidR="00E80F8E" w:rsidRPr="00E80F8E">
        <w:rPr>
          <w:szCs w:val="24"/>
        </w:rPr>
        <w:t xml:space="preserve"> </w:t>
      </w:r>
      <w:proofErr w:type="spellStart"/>
      <w:r w:rsidR="00E80F8E" w:rsidRPr="00E80F8E">
        <w:rPr>
          <w:szCs w:val="24"/>
        </w:rPr>
        <w:t>podrá</w:t>
      </w:r>
      <w:proofErr w:type="spellEnd"/>
      <w:r w:rsidR="00E80F8E" w:rsidRPr="00E80F8E">
        <w:rPr>
          <w:szCs w:val="24"/>
        </w:rPr>
        <w:t xml:space="preserve"> </w:t>
      </w:r>
      <w:proofErr w:type="spellStart"/>
      <w:r w:rsidR="00E80F8E" w:rsidRPr="00E80F8E">
        <w:rPr>
          <w:szCs w:val="24"/>
        </w:rPr>
        <w:t>sobrepasar</w:t>
      </w:r>
      <w:proofErr w:type="spellEnd"/>
      <w:r w:rsidR="00E80F8E" w:rsidRPr="00E80F8E">
        <w:rPr>
          <w:szCs w:val="24"/>
        </w:rPr>
        <w:t xml:space="preserve"> </w:t>
      </w:r>
      <w:proofErr w:type="spellStart"/>
      <w:r w:rsidR="00E80F8E" w:rsidRPr="00E80F8E">
        <w:rPr>
          <w:szCs w:val="24"/>
        </w:rPr>
        <w:t>una</w:t>
      </w:r>
      <w:proofErr w:type="spellEnd"/>
      <w:r w:rsidR="00E80F8E" w:rsidRPr="00E80F8E">
        <w:rPr>
          <w:szCs w:val="24"/>
        </w:rPr>
        <w:t xml:space="preserve"> </w:t>
      </w:r>
      <w:proofErr w:type="spellStart"/>
      <w:r w:rsidR="00E80F8E" w:rsidRPr="00E80F8E">
        <w:rPr>
          <w:szCs w:val="24"/>
        </w:rPr>
        <w:t>página</w:t>
      </w:r>
      <w:proofErr w:type="spellEnd"/>
      <w:r w:rsidR="00E80F8E" w:rsidRPr="00E80F8E">
        <w:rPr>
          <w:szCs w:val="24"/>
        </w:rPr>
        <w:t>.</w:t>
      </w:r>
    </w:p>
    <w:p w14:paraId="23FB5607" w14:textId="77777777" w:rsidR="00E80F8E" w:rsidRPr="00E80F8E" w:rsidRDefault="00E80F8E" w:rsidP="00E80F8E">
      <w:pPr>
        <w:pStyle w:val="CuerpoResumen"/>
        <w:widowControl w:val="0"/>
        <w:rPr>
          <w:szCs w:val="24"/>
        </w:rPr>
      </w:pPr>
    </w:p>
    <w:p w14:paraId="7C1FFD1E" w14:textId="01A240D5" w:rsidR="00D233DE" w:rsidRDefault="00E80F8E" w:rsidP="00E80F8E">
      <w:pPr>
        <w:pStyle w:val="CuerpoResumen"/>
        <w:widowControl w:val="0"/>
        <w:rPr>
          <w:szCs w:val="24"/>
        </w:rPr>
      </w:pPr>
      <w:r w:rsidRPr="00E80F8E">
        <w:rPr>
          <w:szCs w:val="24"/>
        </w:rPr>
        <w:t xml:space="preserve">El texto deberá presentar, de forma integrada y sin apartados numerados, los siguientes elementos: introducción, objetivos, metodología, resultados/discusión y conclusiones. No se permiten citas parentéticas, referencias bibliográficas al final del </w:t>
      </w:r>
      <w:proofErr w:type="spellStart"/>
      <w:r w:rsidRPr="00E80F8E">
        <w:rPr>
          <w:szCs w:val="24"/>
        </w:rPr>
        <w:t>texto</w:t>
      </w:r>
      <w:proofErr w:type="spellEnd"/>
      <w:r w:rsidR="005E77D2">
        <w:rPr>
          <w:szCs w:val="24"/>
        </w:rPr>
        <w:t xml:space="preserve"> </w:t>
      </w:r>
      <w:proofErr w:type="spellStart"/>
      <w:r w:rsidR="005E77D2">
        <w:rPr>
          <w:szCs w:val="24"/>
        </w:rPr>
        <w:t>ni</w:t>
      </w:r>
      <w:proofErr w:type="spellEnd"/>
      <w:r w:rsidRPr="00E80F8E">
        <w:rPr>
          <w:szCs w:val="24"/>
        </w:rPr>
        <w:t xml:space="preserve"> notas a pie de </w:t>
      </w:r>
      <w:proofErr w:type="spellStart"/>
      <w:r w:rsidRPr="00E80F8E">
        <w:rPr>
          <w:szCs w:val="24"/>
        </w:rPr>
        <w:t>pá</w:t>
      </w:r>
      <w:r w:rsidR="005E77D2">
        <w:rPr>
          <w:szCs w:val="24"/>
        </w:rPr>
        <w:t>gina</w:t>
      </w:r>
      <w:proofErr w:type="spellEnd"/>
      <w:r w:rsidR="005E77D2">
        <w:rPr>
          <w:szCs w:val="24"/>
        </w:rPr>
        <w:t>.</w:t>
      </w:r>
    </w:p>
    <w:p w14:paraId="723E590A" w14:textId="77777777" w:rsidR="00E80F8E" w:rsidRPr="00E80F8E" w:rsidRDefault="00E80F8E" w:rsidP="00E80F8E">
      <w:pPr>
        <w:pStyle w:val="CuerpoResumen"/>
        <w:widowControl w:val="0"/>
        <w:rPr>
          <w:szCs w:val="24"/>
        </w:rPr>
      </w:pPr>
    </w:p>
    <w:p w14:paraId="5CEAB943" w14:textId="77777777" w:rsidR="00D233DE" w:rsidRDefault="00E80F8E" w:rsidP="00E80F8E">
      <w:pPr>
        <w:pStyle w:val="CuerpoResumen"/>
        <w:widowControl w:val="0"/>
        <w:rPr>
          <w:szCs w:val="24"/>
        </w:rPr>
      </w:pPr>
      <w:r w:rsidRPr="00E80F8E">
        <w:rPr>
          <w:szCs w:val="24"/>
        </w:rPr>
        <w:t xml:space="preserve">Sustituya este bloque por el resumen de la propuesta. En la introducción debe presentarse el tema, el problema de investigación y su pertinencia para el ámbito de la comunicación. Los objetivos deben formular con claridad el propósito principal del trabajo y, si procede, los objetivos específicos. La metodología debe indicar el enfoque, el diseño, la muestra o corpus, las técnicas de recogida y análisis de datos y los criterios empleados para interpretar los resultados. En los resultados o discusión deben sintetizarse los hallazgos principales, las aportaciones previstas o el avance argumental del estudio. Finalmente, las conclusiones deben destacar la contribución académica, profesional o social de la propuesta, así como su relación con el espacio temático seleccionado. Los extranjerismos deberán escribirse en cursiva, por ejemplo: </w:t>
      </w:r>
      <w:r w:rsidRPr="00E80F8E">
        <w:rPr>
          <w:i/>
          <w:szCs w:val="24"/>
        </w:rPr>
        <w:t>coaching</w:t>
      </w:r>
      <w:r w:rsidRPr="00E80F8E">
        <w:rPr>
          <w:szCs w:val="24"/>
        </w:rPr>
        <w:t xml:space="preserve">, </w:t>
      </w:r>
      <w:r w:rsidRPr="00E80F8E">
        <w:rPr>
          <w:i/>
          <w:szCs w:val="24"/>
        </w:rPr>
        <w:t>storytelling</w:t>
      </w:r>
      <w:r w:rsidRPr="00E80F8E">
        <w:rPr>
          <w:szCs w:val="24"/>
        </w:rPr>
        <w:t xml:space="preserve"> o </w:t>
      </w:r>
      <w:r w:rsidRPr="00E80F8E">
        <w:rPr>
          <w:i/>
          <w:szCs w:val="24"/>
        </w:rPr>
        <w:t>podcast</w:t>
      </w:r>
      <w:r w:rsidRPr="00E80F8E">
        <w:rPr>
          <w:szCs w:val="24"/>
        </w:rPr>
        <w:t>.</w:t>
      </w:r>
    </w:p>
    <w:p w14:paraId="33D21715" w14:textId="77777777" w:rsidR="00E80F8E" w:rsidRPr="00E80F8E" w:rsidRDefault="00E80F8E" w:rsidP="00E80F8E">
      <w:pPr>
        <w:pStyle w:val="CuerpoResumen"/>
        <w:widowControl w:val="0"/>
        <w:rPr>
          <w:szCs w:val="24"/>
        </w:rPr>
      </w:pPr>
    </w:p>
    <w:p w14:paraId="1DCC4F02" w14:textId="77777777" w:rsidR="00D233DE" w:rsidRDefault="00E80F8E" w:rsidP="00E80F8E">
      <w:pPr>
        <w:pStyle w:val="CuerpoResumen"/>
        <w:widowControl w:val="0"/>
        <w:rPr>
          <w:szCs w:val="24"/>
        </w:rPr>
      </w:pPr>
      <w:r w:rsidRPr="00E80F8E">
        <w:rPr>
          <w:szCs w:val="24"/>
        </w:rPr>
        <w:t xml:space="preserve">El resumen deberá estar redactado con precisión académica, evitar afirmaciones genéricas y explicar con claridad qué aporta la propuesta al debate científico o profesional. Se recomienda revisar la coherencia entre el título, los objetivos, la metodología y las conclusiones antes del envío. Si el trabajo se deriva de una investigación en curso, debe indicarse el grado de avance y el tipo de resultados esperados. Si se trata de una propuesta aplicada, docente, profesional o de revisión, deberá explicarse igualmente el enfoque seguido, los materiales </w:t>
      </w:r>
      <w:proofErr w:type="spellStart"/>
      <w:r w:rsidRPr="00E80F8E">
        <w:rPr>
          <w:szCs w:val="24"/>
        </w:rPr>
        <w:t>analizados</w:t>
      </w:r>
      <w:proofErr w:type="spellEnd"/>
      <w:r w:rsidRPr="00E80F8E">
        <w:rPr>
          <w:szCs w:val="24"/>
        </w:rPr>
        <w:t xml:space="preserve"> y la </w:t>
      </w:r>
      <w:proofErr w:type="spellStart"/>
      <w:r w:rsidRPr="00E80F8E">
        <w:rPr>
          <w:szCs w:val="24"/>
        </w:rPr>
        <w:t>aportación</w:t>
      </w:r>
      <w:proofErr w:type="spellEnd"/>
      <w:r w:rsidRPr="00E80F8E">
        <w:rPr>
          <w:szCs w:val="24"/>
        </w:rPr>
        <w:t xml:space="preserve"> principal.</w:t>
      </w:r>
    </w:p>
    <w:p w14:paraId="41FFB30D" w14:textId="77777777" w:rsidR="00E80F8E" w:rsidRPr="00E80F8E" w:rsidRDefault="00E80F8E" w:rsidP="00E80F8E">
      <w:pPr>
        <w:pStyle w:val="CuerpoResumen"/>
        <w:widowControl w:val="0"/>
        <w:rPr>
          <w:szCs w:val="24"/>
        </w:rPr>
      </w:pPr>
    </w:p>
    <w:p w14:paraId="0984E3D3" w14:textId="77777777" w:rsidR="00D233DE" w:rsidRPr="00E80F8E" w:rsidRDefault="00E80F8E" w:rsidP="00E80F8E">
      <w:pPr>
        <w:pStyle w:val="PalabrasClave"/>
        <w:widowControl w:val="0"/>
        <w:rPr>
          <w:szCs w:val="24"/>
        </w:rPr>
      </w:pPr>
      <w:r w:rsidRPr="00E80F8E">
        <w:rPr>
          <w:b/>
          <w:szCs w:val="24"/>
        </w:rPr>
        <w:t xml:space="preserve">Palabras clave: </w:t>
      </w:r>
      <w:r w:rsidRPr="00E80F8E">
        <w:rPr>
          <w:szCs w:val="24"/>
        </w:rPr>
        <w:t>palabra clave 1, palabra clave 2, palabra clave 3, palabra clave 4, palabra clave 5.</w:t>
      </w:r>
    </w:p>
    <w:p w14:paraId="4A24D0EC" w14:textId="77777777" w:rsidR="00D233DE" w:rsidRPr="00E80F8E" w:rsidRDefault="00E80F8E" w:rsidP="00E80F8E">
      <w:pPr>
        <w:pStyle w:val="NotaResumen"/>
        <w:widowControl w:val="0"/>
        <w:rPr>
          <w:szCs w:val="24"/>
        </w:rPr>
      </w:pPr>
      <w:r w:rsidRPr="00E80F8E">
        <w:rPr>
          <w:szCs w:val="24"/>
        </w:rPr>
        <w:t>Añada exactamente 5 palabras clave, separadas por comas y en minúscula, salvo nombres propios o términos que deban escribirse con mayúscula.</w:t>
      </w:r>
    </w:p>
    <w:sectPr w:rsidR="00D233DE" w:rsidRPr="00E80F8E"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474446201">
    <w:abstractNumId w:val="8"/>
  </w:num>
  <w:num w:numId="2" w16cid:durableId="1731003927">
    <w:abstractNumId w:val="6"/>
  </w:num>
  <w:num w:numId="3" w16cid:durableId="1480728560">
    <w:abstractNumId w:val="5"/>
  </w:num>
  <w:num w:numId="4" w16cid:durableId="61801301">
    <w:abstractNumId w:val="4"/>
  </w:num>
  <w:num w:numId="5" w16cid:durableId="1726681440">
    <w:abstractNumId w:val="7"/>
  </w:num>
  <w:num w:numId="6" w16cid:durableId="163204732">
    <w:abstractNumId w:val="3"/>
  </w:num>
  <w:num w:numId="7" w16cid:durableId="2045446440">
    <w:abstractNumId w:val="2"/>
  </w:num>
  <w:num w:numId="8" w16cid:durableId="1808547915">
    <w:abstractNumId w:val="1"/>
  </w:num>
  <w:num w:numId="9" w16cid:durableId="1107655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163D9"/>
    <w:rsid w:val="005E77D2"/>
    <w:rsid w:val="00AA1D8D"/>
    <w:rsid w:val="00B47730"/>
    <w:rsid w:val="00CB0664"/>
    <w:rsid w:val="00D233DE"/>
    <w:rsid w:val="00E80F8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40537A"/>
  <w14:defaultImageDpi w14:val="300"/>
  <w15:docId w15:val="{8B2EB646-29D5-4942-8E5A-18429025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Calibri" w:eastAsia="Calibri" w:hAnsi="Calibri"/>
      <w:sz w:val="24"/>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uloResumen">
    <w:name w:val="TituloResumen"/>
    <w:pPr>
      <w:spacing w:after="0" w:line="240" w:lineRule="auto"/>
      <w:jc w:val="center"/>
    </w:pPr>
    <w:rPr>
      <w:rFonts w:ascii="Calibri" w:eastAsia="Calibri" w:hAnsi="Calibri"/>
      <w:b/>
      <w:sz w:val="28"/>
    </w:rPr>
  </w:style>
  <w:style w:type="paragraph" w:customStyle="1" w:styleId="AutoresResumen">
    <w:name w:val="AutoresResumen"/>
    <w:pPr>
      <w:spacing w:after="0" w:line="240" w:lineRule="auto"/>
      <w:jc w:val="center"/>
    </w:pPr>
    <w:rPr>
      <w:rFonts w:ascii="Calibri" w:eastAsia="Calibri" w:hAnsi="Calibri"/>
    </w:rPr>
  </w:style>
  <w:style w:type="paragraph" w:customStyle="1" w:styleId="AfiliacionResumen">
    <w:name w:val="AfiliacionResumen"/>
    <w:pPr>
      <w:spacing w:after="0" w:line="240" w:lineRule="auto"/>
      <w:jc w:val="center"/>
    </w:pPr>
    <w:rPr>
      <w:rFonts w:ascii="Calibri" w:eastAsia="Calibri" w:hAnsi="Calibri"/>
      <w:sz w:val="20"/>
    </w:rPr>
  </w:style>
  <w:style w:type="paragraph" w:customStyle="1" w:styleId="NotaResumen">
    <w:name w:val="NotaResumen"/>
    <w:pPr>
      <w:spacing w:after="0" w:line="240" w:lineRule="auto"/>
      <w:jc w:val="both"/>
    </w:pPr>
    <w:rPr>
      <w:rFonts w:ascii="Calibri" w:eastAsia="Calibri" w:hAnsi="Calibri"/>
      <w:i/>
      <w:sz w:val="20"/>
    </w:rPr>
  </w:style>
  <w:style w:type="paragraph" w:customStyle="1" w:styleId="CuerpoResumen">
    <w:name w:val="CuerpoResumen"/>
    <w:pPr>
      <w:spacing w:after="0" w:line="240" w:lineRule="auto"/>
      <w:jc w:val="both"/>
    </w:pPr>
    <w:rPr>
      <w:rFonts w:ascii="Calibri" w:eastAsia="Calibri" w:hAnsi="Calibri"/>
      <w:sz w:val="24"/>
    </w:rPr>
  </w:style>
  <w:style w:type="paragraph" w:customStyle="1" w:styleId="PalabrasClave">
    <w:name w:val="PalabrasClave"/>
    <w:pPr>
      <w:spacing w:after="0" w:line="240" w:lineRule="auto"/>
      <w:jc w:val="both"/>
    </w:pPr>
    <w:rPr>
      <w:rFonts w:ascii="Calibri" w:eastAsia="Calibri" w:hAnsi="Calibri"/>
      <w:sz w:val="24"/>
    </w:rPr>
  </w:style>
  <w:style w:type="character" w:styleId="Hipervnculo">
    <w:name w:val="Hyperlink"/>
    <w:basedOn w:val="Fuentedeprrafopredeter"/>
    <w:uiPriority w:val="99"/>
    <w:unhideWhenUsed/>
    <w:rsid w:val="00E80F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reo3@institucion.edu" TargetMode="External"/><Relationship Id="rId3" Type="http://schemas.openxmlformats.org/officeDocument/2006/relationships/styles" Target="styles.xml"/><Relationship Id="rId7" Type="http://schemas.openxmlformats.org/officeDocument/2006/relationships/hyperlink" Target="mailto:correo2@institucio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rreo1@institucion.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A8839-57B0-4302-BD77-F105CDBB0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452</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resumen CILCS 2026</dc:title>
  <dc:subject>CILCS 2026</dc:subject>
  <dc:creator>Almudena Barrientos Báez</dc:creator>
  <cp:keywords>CILCS 2026, resumen, plantilla</cp:keywords>
  <dc:description/>
  <cp:lastModifiedBy>Almudena Barrientos Báez</cp:lastModifiedBy>
  <cp:revision>2</cp:revision>
  <dcterms:created xsi:type="dcterms:W3CDTF">2026-08-03T01:30:00Z</dcterms:created>
  <dcterms:modified xsi:type="dcterms:W3CDTF">2026-08-03T01:30:00Z</dcterms:modified>
  <cp:category/>
</cp:coreProperties>
</file>